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357D1" w14:textId="589ED886" w:rsidR="000876A9" w:rsidRDefault="67509C14" w:rsidP="5A62FA23">
      <w:pPr>
        <w:rPr>
          <w:b/>
          <w:bCs/>
          <w:lang w:val="fr-FR"/>
        </w:rPr>
      </w:pPr>
      <w:r>
        <w:rPr>
          <w:noProof/>
        </w:rPr>
        <w:drawing>
          <wp:inline distT="0" distB="0" distL="0" distR="0" wp14:anchorId="5592AAFB" wp14:editId="7910673E">
            <wp:extent cx="554784" cy="804742"/>
            <wp:effectExtent l="0" t="0" r="0" b="0"/>
            <wp:docPr id="11049166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916679" name="Picture 110491667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784" cy="80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A62FA23">
        <w:rPr>
          <w:b/>
          <w:bCs/>
          <w:lang w:val="fr-FR"/>
        </w:rPr>
        <w:t xml:space="preserve">    </w:t>
      </w:r>
      <w:r w:rsidR="31D21555" w:rsidRPr="5A62FA23">
        <w:rPr>
          <w:b/>
          <w:bCs/>
          <w:lang w:val="fr-FR"/>
        </w:rPr>
        <w:t xml:space="preserve">              </w:t>
      </w:r>
      <w:r w:rsidR="5A62FA23" w:rsidRPr="5A62FA23">
        <w:rPr>
          <w:b/>
          <w:bCs/>
          <w:lang w:val="fr-FR"/>
        </w:rPr>
        <w:t xml:space="preserve">FICHE DE LIAISON - CHANGEMENT AU SEIN DE VOTRE STRUCUTRE </w:t>
      </w:r>
    </w:p>
    <w:p w14:paraId="52936B20" w14:textId="6D918768" w:rsidR="000876A9" w:rsidRDefault="5A62FA23" w:rsidP="5A62FA23">
      <w:pPr>
        <w:rPr>
          <w:b/>
          <w:bCs/>
          <w:sz w:val="24"/>
          <w:szCs w:val="24"/>
        </w:rPr>
      </w:pPr>
      <w:r w:rsidRPr="5A62FA23">
        <w:rPr>
          <w:b/>
          <w:bCs/>
          <w:sz w:val="24"/>
          <w:szCs w:val="24"/>
        </w:rPr>
        <w:t>1. Identification de la structure</w:t>
      </w:r>
      <w:r w:rsidR="030CE06A" w:rsidRPr="5A62FA23">
        <w:rPr>
          <w:b/>
          <w:bCs/>
          <w:sz w:val="24"/>
          <w:szCs w:val="24"/>
        </w:rPr>
        <w:t>:</w:t>
      </w:r>
    </w:p>
    <w:p w14:paraId="542B9E13" w14:textId="43943872" w:rsidR="000876A9" w:rsidRDefault="5A62FA23" w:rsidP="5A62FA23">
      <w:r w:rsidRPr="5A62FA23">
        <w:t>Nom de la structure: ........................................................</w:t>
      </w:r>
    </w:p>
    <w:p w14:paraId="3C771D10" w14:textId="77777777" w:rsidR="000876A9" w:rsidRDefault="5A62FA23" w:rsidP="5A62FA23">
      <w:r w:rsidRPr="5A62FA23">
        <w:t>Coordonnées : ................................................................</w:t>
      </w:r>
    </w:p>
    <w:p w14:paraId="1322BC50" w14:textId="77777777" w:rsidR="000876A9" w:rsidRDefault="5A62FA23" w:rsidP="5A62FA23">
      <w:r w:rsidRPr="5A62FA23">
        <w:t>Interlocuteur : ...............................................................</w:t>
      </w:r>
    </w:p>
    <w:p w14:paraId="672A6659" w14:textId="77777777" w:rsidR="000876A9" w:rsidRDefault="000876A9" w:rsidP="5A62FA23"/>
    <w:p w14:paraId="2C511302" w14:textId="77777777" w:rsidR="000876A9" w:rsidRDefault="5A62FA23" w:rsidP="5A62FA23">
      <w:pPr>
        <w:rPr>
          <w:b/>
          <w:bCs/>
          <w:sz w:val="24"/>
          <w:szCs w:val="24"/>
        </w:rPr>
      </w:pPr>
      <w:r w:rsidRPr="5A62FA23">
        <w:rPr>
          <w:b/>
          <w:bCs/>
          <w:sz w:val="24"/>
          <w:szCs w:val="24"/>
        </w:rPr>
        <w:t>2. Nature du changement</w:t>
      </w:r>
    </w:p>
    <w:p w14:paraId="43D75D74" w14:textId="77777777" w:rsidR="000876A9" w:rsidRDefault="5A62FA23" w:rsidP="5A62FA23">
      <w:pPr>
        <w:rPr>
          <w:i/>
          <w:iCs/>
          <w:lang w:val="fr-FR"/>
        </w:rPr>
      </w:pPr>
      <w:r w:rsidRPr="5A62FA23">
        <w:rPr>
          <w:i/>
          <w:iCs/>
          <w:lang w:val="fr-FR"/>
        </w:rPr>
        <w:t>Rappel : toute absence des postes soutenus par la CAF doit être impérativement signalée dès le début de cette absence.</w:t>
      </w:r>
    </w:p>
    <w:p w14:paraId="35D5D3A4" w14:textId="69F53323" w:rsidR="000876A9" w:rsidRDefault="5A62FA23" w:rsidP="5A62FA23">
      <w:pPr>
        <w:rPr>
          <w:i/>
          <w:iCs/>
          <w:lang w:val="fr-FR"/>
        </w:rPr>
      </w:pPr>
      <w:r w:rsidRPr="5A62FA23">
        <w:rPr>
          <w:i/>
          <w:iCs/>
          <w:lang w:val="fr-FR"/>
        </w:rPr>
        <w:t>Postes concernés : direction, comptable, agent d’accueil, animateur PS Jeunes, référente famille CS, accueillant EVS, animateur RPE, médiateur familial, référent PAEJ</w:t>
      </w:r>
      <w:r w:rsidR="00593577">
        <w:rPr>
          <w:i/>
          <w:iCs/>
          <w:lang w:val="fr-FR"/>
        </w:rPr>
        <w:t xml:space="preserve">, chargé de coopération </w:t>
      </w:r>
    </w:p>
    <w:p w14:paraId="0A37501D" w14:textId="77777777" w:rsidR="000876A9" w:rsidRDefault="000876A9" w:rsidP="5A62FA23">
      <w:pPr>
        <w:rPr>
          <w:lang w:val="fr-FR"/>
        </w:rPr>
      </w:pPr>
    </w:p>
    <w:p w14:paraId="646C1376" w14:textId="4252F624" w:rsidR="000876A9" w:rsidRDefault="5A62FA23" w:rsidP="5A62FA23">
      <w:pPr>
        <w:rPr>
          <w:b/>
          <w:bCs/>
          <w:lang w:val="fr-FR"/>
        </w:rPr>
      </w:pPr>
      <w:bookmarkStart w:id="0" w:name="Signet4"/>
      <w:r w:rsidRPr="5A62FA23">
        <w:rPr>
          <w:lang w:val="fr-FR"/>
        </w:rPr>
        <w:t xml:space="preserve"> </w:t>
      </w:r>
      <w:bookmarkStart w:id="1" w:name="Signet1"/>
      <w:bookmarkEnd w:id="0"/>
      <w:r w:rsidRPr="5A62FA23">
        <w:rPr>
          <w:b/>
          <w:bCs/>
          <w:lang w:val="fr-FR"/>
        </w:rPr>
        <w:t>Absence</w:t>
      </w:r>
      <w:bookmarkEnd w:id="1"/>
      <w:r w:rsidRPr="5A62FA23">
        <w:rPr>
          <w:b/>
          <w:bCs/>
          <w:lang w:val="fr-FR"/>
        </w:rPr>
        <w:t xml:space="preserve"> (préciser nom et fonction)</w:t>
      </w:r>
    </w:p>
    <w:p w14:paraId="3EB83C64" w14:textId="0196CDE8" w:rsidR="000876A9" w:rsidRDefault="5A62FA23" w:rsidP="5A62FA23">
      <w:pPr>
        <w:rPr>
          <w:lang w:val="fr-FR"/>
        </w:rPr>
      </w:pPr>
      <w:r w:rsidRPr="5A62FA23">
        <w:rPr>
          <w:lang w:val="fr-FR"/>
        </w:rPr>
        <w:t>Nom</w:t>
      </w:r>
      <w:r w:rsidR="1FA2E8A1" w:rsidRPr="5A62FA23">
        <w:rPr>
          <w:lang w:val="fr-FR"/>
        </w:rPr>
        <w:t>/ Prénom</w:t>
      </w:r>
      <w:r w:rsidRPr="5A62FA23">
        <w:rPr>
          <w:lang w:val="fr-FR"/>
        </w:rPr>
        <w:t xml:space="preserve"> : ........................................................</w:t>
      </w:r>
    </w:p>
    <w:p w14:paraId="52F0846E" w14:textId="5FC799F7" w:rsidR="000876A9" w:rsidRDefault="5A62FA23" w:rsidP="5A62FA23">
      <w:pPr>
        <w:rPr>
          <w:lang w:val="fr-FR"/>
        </w:rPr>
      </w:pPr>
      <w:r w:rsidRPr="5A62FA23">
        <w:rPr>
          <w:lang w:val="fr-FR"/>
        </w:rPr>
        <w:t>En qualité de : ..............................................</w:t>
      </w:r>
      <w:r w:rsidR="5A67A8C0" w:rsidRPr="5A62FA23">
        <w:rPr>
          <w:lang w:val="fr-FR"/>
        </w:rPr>
        <w:t>............</w:t>
      </w:r>
    </w:p>
    <w:p w14:paraId="766A279B" w14:textId="0BBBDF2C" w:rsidR="000876A9" w:rsidRDefault="5A62FA23">
      <w:r w:rsidRPr="5A62FA23">
        <w:rPr>
          <w:lang w:val="fr-FR"/>
        </w:rPr>
        <w:t>Est absent depuis le : .......................................</w:t>
      </w:r>
      <w:r w:rsidR="0806B355" w:rsidRPr="5A62FA23">
        <w:rPr>
          <w:lang w:val="fr-FR"/>
        </w:rPr>
        <w:t>...</w:t>
      </w:r>
      <w:r w:rsidR="6C404CE5" w:rsidRPr="5A62FA23">
        <w:rPr>
          <w:lang w:val="fr-FR"/>
        </w:rPr>
        <w:t>.</w:t>
      </w:r>
      <w:r w:rsidR="0806B355" w:rsidRPr="5A62FA23">
        <w:rPr>
          <w:lang w:val="fr-FR"/>
        </w:rPr>
        <w:t>.</w:t>
      </w:r>
    </w:p>
    <w:p w14:paraId="57F5F120" w14:textId="5032FBEC" w:rsidR="000876A9" w:rsidRDefault="5A62FA23" w:rsidP="5A62FA23">
      <w:pPr>
        <w:rPr>
          <w:b/>
          <w:bCs/>
          <w:lang w:val="fr-FR"/>
        </w:rPr>
      </w:pPr>
      <w:bookmarkStart w:id="2" w:name="Signet2"/>
      <w:r w:rsidRPr="5A62FA23">
        <w:rPr>
          <w:b/>
          <w:bCs/>
          <w:lang w:val="fr-FR"/>
        </w:rPr>
        <w:t>Remplacé</w:t>
      </w:r>
      <w:bookmarkEnd w:id="2"/>
      <w:r w:rsidRPr="5A62FA23">
        <w:rPr>
          <w:b/>
          <w:bCs/>
          <w:lang w:val="fr-FR"/>
        </w:rPr>
        <w:t xml:space="preserve"> par : </w:t>
      </w:r>
    </w:p>
    <w:p w14:paraId="2C3BD591" w14:textId="040EE628" w:rsidR="000876A9" w:rsidRDefault="5A62FA23" w:rsidP="5A62FA23">
      <w:pPr>
        <w:rPr>
          <w:lang w:val="fr-FR"/>
        </w:rPr>
      </w:pPr>
      <w:r w:rsidRPr="5A62FA23">
        <w:rPr>
          <w:lang w:val="fr-FR"/>
        </w:rPr>
        <w:t>Nom</w:t>
      </w:r>
      <w:r w:rsidR="6D8528F6" w:rsidRPr="5A62FA23">
        <w:rPr>
          <w:lang w:val="fr-FR"/>
        </w:rPr>
        <w:t xml:space="preserve">/ </w:t>
      </w:r>
      <w:r w:rsidR="66992E13" w:rsidRPr="5A62FA23">
        <w:rPr>
          <w:lang w:val="fr-FR"/>
        </w:rPr>
        <w:t>Prénom ...........................................</w:t>
      </w:r>
      <w:r w:rsidR="640B2DC4" w:rsidRPr="5A62FA23">
        <w:rPr>
          <w:lang w:val="fr-FR"/>
        </w:rPr>
        <w:t>..............</w:t>
      </w:r>
    </w:p>
    <w:p w14:paraId="2B4B21FF" w14:textId="5B955659" w:rsidR="66992E13" w:rsidRDefault="66992E13">
      <w:r w:rsidRPr="5A62FA23">
        <w:rPr>
          <w:lang w:val="fr-FR"/>
        </w:rPr>
        <w:t>En qualité de : .............................................</w:t>
      </w:r>
      <w:r w:rsidR="327585DE" w:rsidRPr="5A62FA23">
        <w:rPr>
          <w:lang w:val="fr-FR"/>
        </w:rPr>
        <w:t>............</w:t>
      </w:r>
    </w:p>
    <w:p w14:paraId="29826944" w14:textId="15EB716D" w:rsidR="000876A9" w:rsidRDefault="3ACC253C" w:rsidP="5A62FA23">
      <w:r w:rsidRPr="5A62FA23">
        <w:t>Qualification:</w:t>
      </w:r>
      <w:r w:rsidR="5A62FA23" w:rsidRPr="5A62FA23">
        <w:t xml:space="preserve"> ..............................................</w:t>
      </w:r>
      <w:r w:rsidR="76B49E69" w:rsidRPr="5A62FA23">
        <w:t>...........</w:t>
      </w:r>
    </w:p>
    <w:p w14:paraId="4D0EDD99" w14:textId="22EBE9C9" w:rsidR="5A62FA23" w:rsidRDefault="5A62FA23">
      <w:r w:rsidRPr="5A62FA23">
        <w:rPr>
          <w:lang w:val="fr-FR"/>
        </w:rPr>
        <w:t xml:space="preserve">À partir du : .................... </w:t>
      </w:r>
      <w:r w:rsidR="4622985D" w:rsidRPr="5A62FA23">
        <w:rPr>
          <w:lang w:val="fr-FR"/>
        </w:rPr>
        <w:t>Jusque</w:t>
      </w:r>
      <w:r w:rsidRPr="5A62FA23">
        <w:rPr>
          <w:lang w:val="fr-FR"/>
        </w:rPr>
        <w:t xml:space="preserve"> : .................</w:t>
      </w:r>
      <w:r w:rsidR="1DCEA3D7" w:rsidRPr="5A62FA23">
        <w:rPr>
          <w:lang w:val="fr-FR"/>
        </w:rPr>
        <w:t>......</w:t>
      </w:r>
    </w:p>
    <w:p w14:paraId="11AE8140" w14:textId="5BD285E5" w:rsidR="5A62FA23" w:rsidRDefault="5A62FA23" w:rsidP="5A62FA23">
      <w:pPr>
        <w:rPr>
          <w:lang w:val="fr-FR"/>
        </w:rPr>
      </w:pPr>
    </w:p>
    <w:p w14:paraId="63AA638D" w14:textId="7C17CAB4" w:rsidR="000876A9" w:rsidRDefault="5A62FA23" w:rsidP="5A62FA23">
      <w:pPr>
        <w:rPr>
          <w:b/>
          <w:bCs/>
          <w:lang w:val="fr-FR"/>
        </w:rPr>
      </w:pPr>
      <w:bookmarkStart w:id="3" w:name="Signet3"/>
      <w:r w:rsidRPr="5A62FA23">
        <w:rPr>
          <w:lang w:val="fr-FR"/>
        </w:rPr>
        <w:t xml:space="preserve"> </w:t>
      </w:r>
      <w:bookmarkEnd w:id="3"/>
      <w:r w:rsidRPr="5A62FA23">
        <w:rPr>
          <w:b/>
          <w:bCs/>
          <w:lang w:val="fr-FR"/>
        </w:rPr>
        <w:t xml:space="preserve">Autre modification :  Changement de présidence, </w:t>
      </w:r>
      <w:r w:rsidR="73C9F7D6" w:rsidRPr="5A62FA23">
        <w:rPr>
          <w:b/>
          <w:bCs/>
          <w:lang w:val="fr-FR"/>
        </w:rPr>
        <w:t>Statuts, composition</w:t>
      </w:r>
      <w:r w:rsidRPr="5A62FA23">
        <w:rPr>
          <w:b/>
          <w:bCs/>
          <w:lang w:val="fr-FR"/>
        </w:rPr>
        <w:t xml:space="preserve"> du bureau, RIB </w:t>
      </w:r>
      <w:r w:rsidR="264F72F8" w:rsidRPr="5A62FA23">
        <w:rPr>
          <w:b/>
          <w:bCs/>
          <w:lang w:val="fr-FR"/>
        </w:rPr>
        <w:t>...)</w:t>
      </w:r>
      <w:r w:rsidRPr="5A62FA23">
        <w:rPr>
          <w:b/>
          <w:bCs/>
          <w:lang w:val="fr-FR"/>
        </w:rPr>
        <w:t xml:space="preserve"> </w:t>
      </w:r>
    </w:p>
    <w:p w14:paraId="485D36A5" w14:textId="6081AF2E" w:rsidR="000876A9" w:rsidRDefault="5A62FA23" w:rsidP="5A62FA23">
      <w:pPr>
        <w:rPr>
          <w:lang w:val="fr-FR"/>
        </w:rPr>
      </w:pPr>
      <w:r w:rsidRPr="5A62FA23">
        <w:rPr>
          <w:lang w:val="fr-FR"/>
        </w:rPr>
        <w:t>Précisions : ................................................</w:t>
      </w:r>
      <w:r w:rsidR="29FD1C56" w:rsidRPr="5A62FA23">
        <w:rPr>
          <w:lang w:val="fr-FR"/>
        </w:rPr>
        <w:t>...</w:t>
      </w:r>
    </w:p>
    <w:p w14:paraId="02EB378F" w14:textId="77777777" w:rsidR="000876A9" w:rsidRDefault="000876A9" w:rsidP="5A62FA23">
      <w:pPr>
        <w:rPr>
          <w:lang w:val="fr-FR"/>
        </w:rPr>
      </w:pPr>
    </w:p>
    <w:p w14:paraId="7E6043BA" w14:textId="3FE01547" w:rsidR="5A62FA23" w:rsidRDefault="5A62FA23" w:rsidP="5A62FA23">
      <w:pPr>
        <w:rPr>
          <w:lang w:val="fr-FR"/>
        </w:rPr>
      </w:pPr>
    </w:p>
    <w:p w14:paraId="34FE6532" w14:textId="32EFD61E" w:rsidR="5A62FA23" w:rsidRDefault="5A62FA23" w:rsidP="5A62FA23">
      <w:pPr>
        <w:rPr>
          <w:lang w:val="fr-FR"/>
        </w:rPr>
      </w:pPr>
    </w:p>
    <w:p w14:paraId="76F40552" w14:textId="6238A06B" w:rsidR="5A62FA23" w:rsidRDefault="5A62FA23" w:rsidP="5A62FA23">
      <w:pPr>
        <w:rPr>
          <w:lang w:val="fr-FR"/>
        </w:rPr>
      </w:pPr>
    </w:p>
    <w:p w14:paraId="2C4289A3" w14:textId="5E5D2767" w:rsidR="000876A9" w:rsidRDefault="5A62FA23" w:rsidP="5A62FA23">
      <w:pPr>
        <w:rPr>
          <w:b/>
          <w:bCs/>
          <w:lang w:val="fr-FR"/>
        </w:rPr>
      </w:pPr>
      <w:r w:rsidRPr="5A62FA23">
        <w:rPr>
          <w:b/>
          <w:bCs/>
          <w:lang w:val="fr-FR"/>
        </w:rPr>
        <w:lastRenderedPageBreak/>
        <w:t xml:space="preserve">3. Organisation mise en </w:t>
      </w:r>
      <w:r w:rsidR="7B0B1C7E" w:rsidRPr="5A62FA23">
        <w:rPr>
          <w:b/>
          <w:bCs/>
          <w:lang w:val="fr-FR"/>
        </w:rPr>
        <w:t>place :</w:t>
      </w:r>
      <w:r w:rsidR="06EF4104" w:rsidRPr="5A62FA23">
        <w:rPr>
          <w:b/>
          <w:bCs/>
          <w:lang w:val="fr-FR"/>
        </w:rPr>
        <w:t xml:space="preserve">  quelles sont les mesures </w:t>
      </w:r>
      <w:r w:rsidR="53712312" w:rsidRPr="5A62FA23">
        <w:rPr>
          <w:b/>
          <w:bCs/>
          <w:lang w:val="fr-FR"/>
        </w:rPr>
        <w:t>prises,</w:t>
      </w:r>
      <w:r w:rsidR="06EF4104" w:rsidRPr="5A62FA23">
        <w:rPr>
          <w:b/>
          <w:bCs/>
          <w:lang w:val="fr-FR"/>
        </w:rPr>
        <w:t xml:space="preserve"> l’organisation prévue pour palier à l’absence sur le poste et le maintien de l’ac</w:t>
      </w:r>
      <w:r w:rsidR="15432F95" w:rsidRPr="5A62FA23">
        <w:rPr>
          <w:b/>
          <w:bCs/>
          <w:lang w:val="fr-FR"/>
        </w:rPr>
        <w:t xml:space="preserve">tivité </w:t>
      </w:r>
      <w:r w:rsidR="04B7BF2E" w:rsidRPr="5A62FA23">
        <w:rPr>
          <w:b/>
          <w:bCs/>
          <w:lang w:val="fr-FR"/>
        </w:rPr>
        <w:t>:</w:t>
      </w:r>
    </w:p>
    <w:p w14:paraId="2C648CA6" w14:textId="32F96E04" w:rsidR="000876A9" w:rsidRDefault="5A62FA23" w:rsidP="5A62FA23">
      <w:pPr>
        <w:rPr>
          <w:lang w:val="fr-FR"/>
        </w:rPr>
      </w:pPr>
      <w:r w:rsidRPr="5A62FA23">
        <w:rPr>
          <w:lang w:val="fr-FR"/>
        </w:rPr>
        <w:t>.............................................................................</w:t>
      </w:r>
      <w:r w:rsidR="27CE14FF" w:rsidRPr="5A62FA23">
        <w:rPr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05A809" w14:textId="77777777" w:rsidR="000876A9" w:rsidRDefault="000876A9" w:rsidP="5A62FA23">
      <w:pPr>
        <w:rPr>
          <w:lang w:val="fr-FR"/>
        </w:rPr>
      </w:pPr>
    </w:p>
    <w:p w14:paraId="4129CC3B" w14:textId="271F60D1" w:rsidR="5A62FA23" w:rsidRDefault="5A62FA23" w:rsidP="5A62FA23">
      <w:pPr>
        <w:rPr>
          <w:sz w:val="24"/>
          <w:szCs w:val="24"/>
          <w:lang w:val="fr-FR"/>
        </w:rPr>
      </w:pPr>
    </w:p>
    <w:p w14:paraId="172482BA" w14:textId="2B0177D1" w:rsidR="7B0B90D9" w:rsidRDefault="7B0B90D9" w:rsidP="5A62FA23">
      <w:pPr>
        <w:rPr>
          <w:sz w:val="24"/>
          <w:szCs w:val="24"/>
          <w:lang w:val="fr-FR"/>
        </w:rPr>
      </w:pPr>
      <w:bookmarkStart w:id="4" w:name="_Int_1ux1Z5j2"/>
      <w:r w:rsidRPr="5A62FA23">
        <w:rPr>
          <w:sz w:val="24"/>
          <w:szCs w:val="24"/>
          <w:lang w:val="fr-FR"/>
        </w:rPr>
        <w:t>Fait le</w:t>
      </w:r>
      <w:bookmarkEnd w:id="4"/>
      <w:r w:rsidRPr="5A62FA23">
        <w:rPr>
          <w:sz w:val="24"/>
          <w:szCs w:val="24"/>
          <w:lang w:val="fr-FR"/>
        </w:rPr>
        <w:t xml:space="preserve"> : </w:t>
      </w:r>
    </w:p>
    <w:p w14:paraId="0450BA19" w14:textId="6B3F1F0B" w:rsidR="7B0B90D9" w:rsidRDefault="7B0B90D9" w:rsidP="5A62FA23">
      <w:pPr>
        <w:rPr>
          <w:sz w:val="24"/>
          <w:szCs w:val="24"/>
          <w:lang w:val="fr-FR"/>
        </w:rPr>
      </w:pPr>
      <w:r w:rsidRPr="5A62FA23">
        <w:rPr>
          <w:sz w:val="24"/>
          <w:szCs w:val="24"/>
          <w:lang w:val="fr-FR"/>
        </w:rPr>
        <w:t>Signature :</w:t>
      </w:r>
    </w:p>
    <w:p w14:paraId="5ECF7D58" w14:textId="5805ECEF" w:rsidR="5A62FA23" w:rsidRDefault="5A62FA23" w:rsidP="5A62FA23">
      <w:pPr>
        <w:rPr>
          <w:lang w:val="fr-FR"/>
        </w:rPr>
      </w:pPr>
    </w:p>
    <w:p w14:paraId="79A8F821" w14:textId="2409D110" w:rsidR="5A62FA23" w:rsidRDefault="5A62FA23" w:rsidP="5A62FA23">
      <w:pPr>
        <w:rPr>
          <w:lang w:val="fr-FR"/>
        </w:rPr>
      </w:pPr>
    </w:p>
    <w:p w14:paraId="4B735E1F" w14:textId="76C9C559" w:rsidR="5A62FA23" w:rsidRDefault="5A62FA23" w:rsidP="5A62FA23">
      <w:pPr>
        <w:rPr>
          <w:lang w:val="fr-FR"/>
        </w:rPr>
      </w:pPr>
    </w:p>
    <w:p w14:paraId="0886E55F" w14:textId="5BACF8F0" w:rsidR="5A62FA23" w:rsidRDefault="5A62FA23" w:rsidP="5A62FA23">
      <w:pPr>
        <w:rPr>
          <w:lang w:val="fr-FR"/>
        </w:rPr>
      </w:pPr>
    </w:p>
    <w:p w14:paraId="71C51039" w14:textId="739DFC89" w:rsidR="5A62FA23" w:rsidRDefault="5A62FA23" w:rsidP="5A62FA23">
      <w:pPr>
        <w:rPr>
          <w:lang w:val="fr-FR"/>
        </w:rPr>
      </w:pPr>
    </w:p>
    <w:p w14:paraId="252A01B7" w14:textId="7D2B764F" w:rsidR="25E91E66" w:rsidRDefault="25E91E66" w:rsidP="25E91E66">
      <w:pPr>
        <w:rPr>
          <w:lang w:val="fr-FR"/>
        </w:rPr>
      </w:pPr>
    </w:p>
    <w:p w14:paraId="230A6A78" w14:textId="1016A05F" w:rsidR="5A62FA23" w:rsidRDefault="5A62FA23" w:rsidP="5A62FA23">
      <w:pPr>
        <w:rPr>
          <w:lang w:val="fr-FR"/>
        </w:rPr>
      </w:pPr>
    </w:p>
    <w:p w14:paraId="3EE7FFF0" w14:textId="77777777" w:rsidR="000876A9" w:rsidRDefault="5A62FA23" w:rsidP="5A62FA23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  <w:sz w:val="24"/>
          <w:szCs w:val="24"/>
          <w:lang w:val="fr-FR"/>
        </w:rPr>
      </w:pPr>
      <w:r w:rsidRPr="5A62FA23">
        <w:rPr>
          <w:b/>
          <w:bCs/>
          <w:sz w:val="24"/>
          <w:szCs w:val="24"/>
          <w:lang w:val="fr-FR"/>
        </w:rPr>
        <w:t>Partie réservée à la CAF</w:t>
      </w:r>
    </w:p>
    <w:p w14:paraId="75927234" w14:textId="3082F554" w:rsidR="000876A9" w:rsidRDefault="5A62FA23" w:rsidP="5A62FA23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sz w:val="24"/>
          <w:szCs w:val="24"/>
          <w:lang w:val="fr-FR"/>
        </w:rPr>
      </w:pPr>
      <w:r w:rsidRPr="5A62FA23">
        <w:rPr>
          <w:sz w:val="24"/>
          <w:szCs w:val="24"/>
          <w:lang w:val="fr-FR"/>
        </w:rPr>
        <w:t>Nom</w:t>
      </w:r>
      <w:r w:rsidR="1ADD45F6" w:rsidRPr="5A62FA23">
        <w:rPr>
          <w:sz w:val="24"/>
          <w:szCs w:val="24"/>
          <w:lang w:val="fr-FR"/>
        </w:rPr>
        <w:t xml:space="preserve"> du </w:t>
      </w:r>
      <w:bookmarkStart w:id="5" w:name="_Int_x311AU4f"/>
      <w:r w:rsidR="1ADD45F6" w:rsidRPr="5A62FA23">
        <w:rPr>
          <w:sz w:val="24"/>
          <w:szCs w:val="24"/>
          <w:lang w:val="fr-FR"/>
        </w:rPr>
        <w:t xml:space="preserve">référent </w:t>
      </w:r>
      <w:r w:rsidRPr="5A62FA23">
        <w:rPr>
          <w:sz w:val="24"/>
          <w:szCs w:val="24"/>
          <w:lang w:val="fr-FR"/>
        </w:rPr>
        <w:t xml:space="preserve"> :</w:t>
      </w:r>
      <w:bookmarkEnd w:id="5"/>
      <w:r w:rsidRPr="5A62FA23">
        <w:rPr>
          <w:sz w:val="24"/>
          <w:szCs w:val="24"/>
          <w:lang w:val="fr-FR"/>
        </w:rPr>
        <w:t xml:space="preserve"> </w:t>
      </w:r>
    </w:p>
    <w:p w14:paraId="2F5311F6" w14:textId="45A5A87B" w:rsidR="000876A9" w:rsidRDefault="35C92438" w:rsidP="5A62FA23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 w:rsidRPr="5A62FA23">
        <w:rPr>
          <w:sz w:val="24"/>
          <w:szCs w:val="24"/>
          <w:lang w:val="fr-FR"/>
        </w:rPr>
        <w:t>Validation du référent pour maintien de la PS</w:t>
      </w:r>
      <w:r w:rsidR="18282ECC" w:rsidRPr="5A62FA23">
        <w:rPr>
          <w:sz w:val="24"/>
          <w:szCs w:val="24"/>
          <w:lang w:val="fr-FR"/>
        </w:rPr>
        <w:t xml:space="preserve">  :</w:t>
      </w:r>
      <w:r w:rsidR="5A62FA23" w:rsidRPr="5A62FA23">
        <w:rPr>
          <w:sz w:val="24"/>
          <w:szCs w:val="24"/>
          <w:lang w:val="fr-FR"/>
        </w:rPr>
        <w:t xml:space="preserve"> </w:t>
      </w:r>
    </w:p>
    <w:p w14:paraId="175123C3" w14:textId="2200BF29" w:rsidR="5A62FA23" w:rsidRDefault="5A62FA23" w:rsidP="5A62FA23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sz w:val="24"/>
          <w:szCs w:val="24"/>
          <w:lang w:val="fr-FR"/>
        </w:rPr>
      </w:pPr>
    </w:p>
    <w:p w14:paraId="0B1B8F3D" w14:textId="5CE93F0F" w:rsidR="7EE3B8E3" w:rsidRDefault="7EE3B8E3" w:rsidP="5A62FA23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 w:rsidRPr="5A62FA23">
        <w:rPr>
          <w:sz w:val="24"/>
          <w:szCs w:val="24"/>
          <w:lang w:val="fr-FR"/>
        </w:rPr>
        <w:t xml:space="preserve">DATE :  </w:t>
      </w:r>
    </w:p>
    <w:p w14:paraId="1A9CB94E" w14:textId="41E98A06" w:rsidR="5A62FA23" w:rsidRDefault="5A62FA23" w:rsidP="5A62FA23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sz w:val="24"/>
          <w:szCs w:val="24"/>
          <w:lang w:val="fr-FR"/>
        </w:rPr>
      </w:pPr>
    </w:p>
    <w:p w14:paraId="00260807" w14:textId="296B29FC" w:rsidR="000876A9" w:rsidRDefault="7EE3B8E3" w:rsidP="5A62FA23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 w:rsidRPr="5A62FA23">
        <w:rPr>
          <w:sz w:val="24"/>
          <w:szCs w:val="24"/>
        </w:rPr>
        <w:t xml:space="preserve">Signature: </w:t>
      </w:r>
    </w:p>
    <w:p w14:paraId="7B847DBE" w14:textId="5E37F73B" w:rsidR="5A62FA23" w:rsidRDefault="5A62FA23" w:rsidP="5A62FA23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sz w:val="24"/>
          <w:szCs w:val="24"/>
        </w:rPr>
      </w:pPr>
    </w:p>
    <w:p w14:paraId="05079314" w14:textId="00C29EE1" w:rsidR="5A62FA23" w:rsidRDefault="5A62FA23" w:rsidP="5A62FA23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sz w:val="24"/>
          <w:szCs w:val="24"/>
        </w:rPr>
      </w:pPr>
    </w:p>
    <w:p w14:paraId="45D88557" w14:textId="541A45D1" w:rsidR="5A62FA23" w:rsidRDefault="5A62FA23" w:rsidP="5A62FA23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sz w:val="24"/>
          <w:szCs w:val="24"/>
        </w:rPr>
      </w:pPr>
    </w:p>
    <w:sectPr w:rsidR="5A62FA23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4ygFbvP4HnlyRC" int2:id="lSoUL6ty">
      <int2:state int2:value="Rejected" int2:type="spell"/>
    </int2:textHash>
    <int2:textHash int2:hashCode="dSPjshSR7mrkqM" int2:id="DssuUBK4">
      <int2:state int2:value="Rejected" int2:type="spell"/>
    </int2:textHash>
    <int2:bookmark int2:bookmarkName="_Int_x311AU4f" int2:invalidationBookmarkName="" int2:hashCode="onsWb3uzQm5H4B" int2:id="6SyrDMzf">
      <int2:state int2:value="Rejected" int2:type="gram"/>
    </int2:bookmark>
    <int2:bookmark int2:bookmarkName="_Int_1ux1Z5j2" int2:invalidationBookmarkName="" int2:hashCode="vyL0/E2Ht1mBG6" int2:id="Z7G1Jkdi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5711640">
    <w:abstractNumId w:val="8"/>
  </w:num>
  <w:num w:numId="2" w16cid:durableId="2131900280">
    <w:abstractNumId w:val="6"/>
  </w:num>
  <w:num w:numId="3" w16cid:durableId="2020309323">
    <w:abstractNumId w:val="5"/>
  </w:num>
  <w:num w:numId="4" w16cid:durableId="696931126">
    <w:abstractNumId w:val="4"/>
  </w:num>
  <w:num w:numId="5" w16cid:durableId="1160655958">
    <w:abstractNumId w:val="7"/>
  </w:num>
  <w:num w:numId="6" w16cid:durableId="1043099750">
    <w:abstractNumId w:val="3"/>
  </w:num>
  <w:num w:numId="7" w16cid:durableId="1940135272">
    <w:abstractNumId w:val="2"/>
  </w:num>
  <w:num w:numId="8" w16cid:durableId="1804418694">
    <w:abstractNumId w:val="1"/>
  </w:num>
  <w:num w:numId="9" w16cid:durableId="1887990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6A9"/>
    <w:rsid w:val="0015074B"/>
    <w:rsid w:val="0029639D"/>
    <w:rsid w:val="00326F90"/>
    <w:rsid w:val="00593577"/>
    <w:rsid w:val="007A8A6A"/>
    <w:rsid w:val="00AA1D8D"/>
    <w:rsid w:val="00B47730"/>
    <w:rsid w:val="00CB0664"/>
    <w:rsid w:val="00E65B7F"/>
    <w:rsid w:val="00FC693F"/>
    <w:rsid w:val="030CE06A"/>
    <w:rsid w:val="03AFD3A1"/>
    <w:rsid w:val="04B7BF2E"/>
    <w:rsid w:val="05F35714"/>
    <w:rsid w:val="06EF4104"/>
    <w:rsid w:val="0806B355"/>
    <w:rsid w:val="084F114E"/>
    <w:rsid w:val="08DA5CEF"/>
    <w:rsid w:val="0C734555"/>
    <w:rsid w:val="100DAE1F"/>
    <w:rsid w:val="11936CFC"/>
    <w:rsid w:val="14863DD6"/>
    <w:rsid w:val="1519DBAE"/>
    <w:rsid w:val="15432F95"/>
    <w:rsid w:val="18282ECC"/>
    <w:rsid w:val="18A67291"/>
    <w:rsid w:val="1ADD45F6"/>
    <w:rsid w:val="1BAEBC6C"/>
    <w:rsid w:val="1DCEA3D7"/>
    <w:rsid w:val="1FA2E8A1"/>
    <w:rsid w:val="23E5AFBC"/>
    <w:rsid w:val="2406DA98"/>
    <w:rsid w:val="2420539B"/>
    <w:rsid w:val="2566F7B2"/>
    <w:rsid w:val="25E91E66"/>
    <w:rsid w:val="264F72F8"/>
    <w:rsid w:val="270538D8"/>
    <w:rsid w:val="27CE14FF"/>
    <w:rsid w:val="2943BD9A"/>
    <w:rsid w:val="29FD1C56"/>
    <w:rsid w:val="2D0BF6C0"/>
    <w:rsid w:val="2DDEB6D7"/>
    <w:rsid w:val="2F1A2CC9"/>
    <w:rsid w:val="31D21555"/>
    <w:rsid w:val="327585DE"/>
    <w:rsid w:val="35C92438"/>
    <w:rsid w:val="360EF932"/>
    <w:rsid w:val="3ACC253C"/>
    <w:rsid w:val="404CF328"/>
    <w:rsid w:val="447B24CD"/>
    <w:rsid w:val="4622985D"/>
    <w:rsid w:val="485D4AD9"/>
    <w:rsid w:val="4B70F4FB"/>
    <w:rsid w:val="5115685C"/>
    <w:rsid w:val="53712312"/>
    <w:rsid w:val="5381B1AC"/>
    <w:rsid w:val="5441B389"/>
    <w:rsid w:val="5A62FA23"/>
    <w:rsid w:val="5A67A8C0"/>
    <w:rsid w:val="5A6BA6F0"/>
    <w:rsid w:val="5B02FD89"/>
    <w:rsid w:val="5BA38F21"/>
    <w:rsid w:val="5DB606B3"/>
    <w:rsid w:val="612157CD"/>
    <w:rsid w:val="6233A238"/>
    <w:rsid w:val="640B2DC4"/>
    <w:rsid w:val="641F9E19"/>
    <w:rsid w:val="6520DD90"/>
    <w:rsid w:val="66992E13"/>
    <w:rsid w:val="6721CC18"/>
    <w:rsid w:val="67509C14"/>
    <w:rsid w:val="6C404CE5"/>
    <w:rsid w:val="6D8528F6"/>
    <w:rsid w:val="73C9F7D6"/>
    <w:rsid w:val="76B49E69"/>
    <w:rsid w:val="79B7E44F"/>
    <w:rsid w:val="7B0B1C7E"/>
    <w:rsid w:val="7B0B90D9"/>
    <w:rsid w:val="7EA2945E"/>
    <w:rsid w:val="7EE3B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5A4C7CF-662E-4960-810F-7BFA9FFD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2052</Characters>
  <Application>Microsoft Office Word</Application>
  <DocSecurity>0</DocSecurity>
  <Lines>17</Lines>
  <Paragraphs>4</Paragraphs>
  <ScaleCrop>false</ScaleCrop>
  <Manager/>
  <Company/>
  <LinksUpToDate>false</LinksUpToDate>
  <CharactersWithSpaces>2420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MARCHAL 511</dc:creator>
  <cp:keywords/>
  <dc:description>generated by python-docx</dc:description>
  <cp:lastModifiedBy>Valerie MARCHAL 511</cp:lastModifiedBy>
  <cp:revision>4</cp:revision>
  <dcterms:created xsi:type="dcterms:W3CDTF">2026-08-24T16:07:00Z</dcterms:created>
  <dcterms:modified xsi:type="dcterms:W3CDTF">2026-09-16T12:08:00Z</dcterms:modified>
  <cp:category/>
</cp:coreProperties>
</file>